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המשפחות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בני משפחה ולהשתמש באוצר המילים הקשור למשפחה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מילת היחס "של" וכינויי שייכות (שלי, שלך)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לכבד ולהכיר שיש משפחות מכל הסוגים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אוצר מילים ושייכות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של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ילד קטן מאוד שזה עתה נולד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סבא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משפחתי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מילות המפתח של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במפורש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היחידה מדגישה שיש משפחות מכל הסוגים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דווקא מילה ספרותית ורשמית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מוגדר במילון היחידה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סבתא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בני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(אבא של אבא או של אמא)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(אמא של אבא או של אמא)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(ילד באותה משפחה, אותם הורים)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(ילדה באותה משפחה, אותם הורים)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(ילד קטן מאוד שזה עתה נולד)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על המשפחה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בתבנית ה... שלי, עם תיאור קצר ואישי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קצר ותקין עם שמות בני המשפחה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שהצורה השנייה ספרותית ורשמית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של או כינוי קניין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שמראה הבנה שמשפחות מגוונות ומבוססות על קרבה ותמיכה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להשמיע את השיר של היחידה לפני תחילת הדף כדי לחבר את התלמידים למילים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שיש משפחות מכל הסוגים ולתת מקום לשונות בכיתה בלי לחייב שיתוף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פעילות עץ המשפחה מהיחידה כהעשרה בסוף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המשפחות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שקשורות למשפחה, כמו אבא, אמא, אח ואחות, ונלמד איך משתמשים במילת השייכות "של" כדי לדבר על בני המשפחה שלנו, בהשראת השיר של היחידה.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אוצר מילים ושייכות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אומרים "האח שלי" במשלב ספרותי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האח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זה "אמא של אמא"?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תינוקת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מילה משתמשים כדי לשאול למי שייך משהו?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פירוש המילה תינוק או תינוקת?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 קטן מאוד שזה עתה נולד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סבא צעיר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הוא אבא של אבא?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תינוק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מהי הצורה הספרותית של "המשפחה שלי"?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המשפחות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משפחה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משפחתך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על המשפחה מופיעות המילים אמא, אבא, אח ואחות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אוצר המילים ביחידה מוצג תמיד עם ניקוד כדי לשמור על הגייה נכונה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המשפחות חייבות להיראות בדיוק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אחי היא מילה במשלב יומיומי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סבא וסבתא הם ההורים של ההורים שלנו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זאת המשפחה __________ 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יש לי שני __________ 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איך קוראים ל__________ שלך? – קוראים לו יוני.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קוראים לה דנה, היא ה__________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אבא של אבא הוא ה__________ 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אמא של אמא היא ה__________ 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בני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ילדה באותה משפחה, אותם הורים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ילד קטן מאוד שזה עתה נולד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אמא של אבא או של אמא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אבא של אבא או של אמא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תינוק / תינוקת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ילד באותה משפחה, אותם הורים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 על המשפחה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 על בן משפחה שאתם אוהבים, והשתמשו במילת השייכות שלי.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שמתאר מי נמצא במשפחה שלכם, לפי התבנית זאת המשפחה שלי.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האח שלי לבין אחי?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מילת שייכות על מישהו מהמשפחה שלכם.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לדעתכם עושה משפחה למשפחה?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המשפחות שלנו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